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E8853" w14:textId="77777777" w:rsidR="00085BEE" w:rsidRDefault="00351C92">
      <w:r>
        <w:rPr>
          <w:noProof/>
        </w:rPr>
        <w:drawing>
          <wp:inline distT="0" distB="0" distL="0" distR="0" wp14:anchorId="746EB6A1" wp14:editId="56613A32">
            <wp:extent cx="1280160" cy="102468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neu.jpg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80160" cy="1024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0BA15" w14:textId="77777777" w:rsidR="00085BEE" w:rsidRPr="0009466F" w:rsidRDefault="00351C92" w:rsidP="0009466F">
      <w:pPr>
        <w:pStyle w:val="berschrift1"/>
        <w:spacing w:before="360"/>
        <w:jc w:val="center"/>
        <w:rPr>
          <w:sz w:val="36"/>
          <w:szCs w:val="36"/>
        </w:rPr>
      </w:pPr>
      <w:r w:rsidRPr="0009466F">
        <w:rPr>
          <w:sz w:val="36"/>
          <w:szCs w:val="36"/>
        </w:rPr>
        <w:t>Praktischer Fischertag mit Familiengrill</w:t>
      </w:r>
    </w:p>
    <w:p w14:paraId="663FA0FA" w14:textId="77777777" w:rsidR="00085BEE" w:rsidRPr="000E2D86" w:rsidRDefault="00351C92">
      <w:pPr>
        <w:jc w:val="center"/>
        <w:rPr>
          <w:b/>
        </w:rPr>
      </w:pPr>
      <w:r w:rsidRPr="000E2D86">
        <w:rPr>
          <w:b/>
        </w:rPr>
        <w:t>Samstag, 21. Juni 2025</w:t>
      </w:r>
      <w:r w:rsidR="0009466F" w:rsidRPr="000E2D86">
        <w:rPr>
          <w:b/>
        </w:rPr>
        <w:t>, ab 8.00 Uhr</w:t>
      </w:r>
    </w:p>
    <w:p w14:paraId="320F7F7F" w14:textId="77777777" w:rsidR="00085BEE" w:rsidRDefault="00085BEE"/>
    <w:p w14:paraId="179AFB76" w14:textId="77777777" w:rsidR="00085BEE" w:rsidRDefault="00351C92">
      <w:r>
        <w:t>Der Fischereiverein Oberengadin St. Moritz lädt herzlich zum Fischertag 2025 ein. Ziel ist es, Jung- und Neufischern verschiedene Fischereimethoden näherzubringen und aktiven Fischerinnen und Fischern neue Techniken zu vermitteln.</w:t>
      </w:r>
      <w:r w:rsidR="004D5116">
        <w:t xml:space="preserve"> Anschliessend findet ein gemeinsamer Familiengrill bei den Sömmerlingsteichen statt.</w:t>
      </w:r>
    </w:p>
    <w:p w14:paraId="2FADACEB" w14:textId="77777777" w:rsidR="00085BEE" w:rsidRDefault="00085BEE"/>
    <w:p w14:paraId="34CF7F0D" w14:textId="77777777" w:rsidR="00085BEE" w:rsidRDefault="00351C92">
      <w:r>
        <w:rPr>
          <w:b/>
        </w:rPr>
        <w:t xml:space="preserve">Veranstaltungsort: </w:t>
      </w:r>
      <w:r>
        <w:t>Gebiet Gravatscha bei Samedan</w:t>
      </w:r>
    </w:p>
    <w:p w14:paraId="1749DABC" w14:textId="77777777" w:rsidR="00085BEE" w:rsidRDefault="00351C92">
      <w:r>
        <w:rPr>
          <w:b/>
        </w:rPr>
        <w:t xml:space="preserve">Start: </w:t>
      </w:r>
      <w:r>
        <w:t>8.00 Uhr beim Fischerhüttli</w:t>
      </w:r>
    </w:p>
    <w:p w14:paraId="07591CF1" w14:textId="77777777" w:rsidR="00085BEE" w:rsidRDefault="00351C92">
      <w:r>
        <w:rPr>
          <w:b/>
        </w:rPr>
        <w:t xml:space="preserve">Methoden: </w:t>
      </w:r>
      <w:r>
        <w:t>Zapfen-, Spinn- und Fliegenfischen – instruiert von erfahrenen Vereinsmitgliedern</w:t>
      </w:r>
    </w:p>
    <w:p w14:paraId="00B7F756" w14:textId="77777777" w:rsidR="00085BEE" w:rsidRDefault="00351C92">
      <w:r>
        <w:rPr>
          <w:b/>
        </w:rPr>
        <w:t xml:space="preserve">Ab 12.30 Uhr: </w:t>
      </w:r>
      <w:r>
        <w:t>Gemeinsamer Familiengrill bei den Sömmerlingsteichen</w:t>
      </w:r>
    </w:p>
    <w:p w14:paraId="2C98510C" w14:textId="58901B5E" w:rsidR="00085BEE" w:rsidRDefault="00351C92">
      <w:r>
        <w:rPr>
          <w:b/>
        </w:rPr>
        <w:t xml:space="preserve">Teilnehmerzahl: </w:t>
      </w:r>
      <w:r>
        <w:t>Beschränkt auf 20 Personen – Anmeldung erforderlich</w:t>
      </w:r>
      <w:r w:rsidR="00605797">
        <w:t xml:space="preserve">. </w:t>
      </w:r>
      <w:r w:rsidR="00605797" w:rsidRPr="00605797">
        <w:rPr>
          <w:b/>
          <w:bCs/>
        </w:rPr>
        <w:t>Mindestalter: 14-jährig</w:t>
      </w:r>
    </w:p>
    <w:p w14:paraId="6A69F2AE" w14:textId="77777777" w:rsidR="004D5116" w:rsidRDefault="004D5116">
      <w:r w:rsidRPr="004D5116">
        <w:rPr>
          <w:b/>
        </w:rPr>
        <w:t>Kosten</w:t>
      </w:r>
      <w:r>
        <w:rPr>
          <w:b/>
        </w:rPr>
        <w:t xml:space="preserve">: </w:t>
      </w:r>
      <w:r>
        <w:t>Werden vom Verein übernommen</w:t>
      </w:r>
    </w:p>
    <w:p w14:paraId="7D8FE0D3" w14:textId="3ED44621" w:rsidR="000E2D86" w:rsidRPr="004D5116" w:rsidRDefault="000E2D86">
      <w:r w:rsidRPr="000E2D86">
        <w:rPr>
          <w:b/>
        </w:rPr>
        <w:t>Anmeldung</w:t>
      </w:r>
      <w:r>
        <w:t xml:space="preserve">: via E-Mail </w:t>
      </w:r>
      <w:r w:rsidRPr="000E2D86">
        <w:rPr>
          <w:b/>
        </w:rPr>
        <w:t>(Bitte Anmeldeformular ben</w:t>
      </w:r>
      <w:r w:rsidR="003B6EF2">
        <w:rPr>
          <w:b/>
        </w:rPr>
        <w:t>u</w:t>
      </w:r>
      <w:r w:rsidRPr="000E2D86">
        <w:rPr>
          <w:b/>
        </w:rPr>
        <w:t>tzen)</w:t>
      </w:r>
    </w:p>
    <w:p w14:paraId="13B0FE8F" w14:textId="77777777" w:rsidR="00085BEE" w:rsidRDefault="00085BEE"/>
    <w:p w14:paraId="082269D4" w14:textId="77777777" w:rsidR="00713FD8" w:rsidRDefault="00E40BF7" w:rsidP="0009466F">
      <w:pPr>
        <w:spacing w:line="240" w:lineRule="auto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B0265CE" wp14:editId="56088147">
            <wp:simplePos x="0" y="0"/>
            <wp:positionH relativeFrom="margin">
              <wp:align>center</wp:align>
            </wp:positionH>
            <wp:positionV relativeFrom="paragraph">
              <wp:posOffset>11557</wp:posOffset>
            </wp:positionV>
            <wp:extent cx="4307658" cy="3118104"/>
            <wp:effectExtent l="0" t="0" r="0" b="635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enerationenfischen1_rs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07658" cy="31181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428E22" w14:textId="77777777" w:rsidR="00085BEE" w:rsidRDefault="0009466F" w:rsidP="0009466F">
      <w:pPr>
        <w:spacing w:line="240" w:lineRule="auto"/>
      </w:pPr>
      <w:r>
        <w:tab/>
      </w:r>
      <w:r>
        <w:tab/>
      </w:r>
    </w:p>
    <w:p w14:paraId="335376F5" w14:textId="77777777" w:rsidR="00085BEE" w:rsidRDefault="00085BEE" w:rsidP="0009466F">
      <w:pPr>
        <w:spacing w:line="240" w:lineRule="auto"/>
      </w:pPr>
    </w:p>
    <w:p w14:paraId="24076F38" w14:textId="77777777" w:rsidR="00085BEE" w:rsidRDefault="00085BEE" w:rsidP="0009466F">
      <w:pPr>
        <w:spacing w:line="240" w:lineRule="auto"/>
      </w:pPr>
    </w:p>
    <w:p w14:paraId="4C42857E" w14:textId="77777777" w:rsidR="0009466F" w:rsidRPr="004D5116" w:rsidRDefault="0009466F" w:rsidP="0009466F">
      <w:pPr>
        <w:spacing w:line="240" w:lineRule="auto"/>
        <w:rPr>
          <w:b/>
        </w:rPr>
      </w:pPr>
    </w:p>
    <w:p w14:paraId="2F081DEC" w14:textId="77777777" w:rsidR="00085BEE" w:rsidRDefault="00351C92">
      <w:r>
        <w:br/>
      </w:r>
      <w:r>
        <w:br/>
      </w:r>
    </w:p>
    <w:p w14:paraId="6570B6D5" w14:textId="77777777" w:rsidR="00085BEE" w:rsidRDefault="00085BEE">
      <w:pPr>
        <w:jc w:val="right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34"/>
        <w:gridCol w:w="5234"/>
      </w:tblGrid>
      <w:tr w:rsidR="004B632E" w14:paraId="583C1C1C" w14:textId="77777777">
        <w:tc>
          <w:tcPr>
            <w:tcW w:w="5234" w:type="dxa"/>
          </w:tcPr>
          <w:p w14:paraId="3022E9E3" w14:textId="77777777" w:rsidR="004B632E" w:rsidRDefault="004B632E"/>
        </w:tc>
        <w:tc>
          <w:tcPr>
            <w:tcW w:w="5234" w:type="dxa"/>
          </w:tcPr>
          <w:p w14:paraId="46738181" w14:textId="77777777" w:rsidR="004B632E" w:rsidRDefault="004B632E">
            <w:pPr>
              <w:jc w:val="right"/>
            </w:pPr>
          </w:p>
        </w:tc>
      </w:tr>
    </w:tbl>
    <w:p w14:paraId="150F4DBE" w14:textId="77777777" w:rsidR="00727A48" w:rsidRDefault="00727A48"/>
    <w:p w14:paraId="07263743" w14:textId="77777777" w:rsidR="004D5116" w:rsidRDefault="004D5116"/>
    <w:p w14:paraId="6022B285" w14:textId="77777777" w:rsidR="004D5116" w:rsidRDefault="004D5116"/>
    <w:p w14:paraId="2E278676" w14:textId="77777777" w:rsidR="004D5116" w:rsidRDefault="004D5116"/>
    <w:p w14:paraId="3D5E3728" w14:textId="77777777" w:rsidR="004D5116" w:rsidRPr="004D5116" w:rsidRDefault="004D5116" w:rsidP="004D5116">
      <w:pPr>
        <w:jc w:val="center"/>
        <w:rPr>
          <w:b/>
          <w:sz w:val="36"/>
          <w:szCs w:val="36"/>
        </w:rPr>
      </w:pPr>
      <w:r w:rsidRPr="004D5116">
        <w:rPr>
          <w:b/>
          <w:sz w:val="36"/>
          <w:szCs w:val="36"/>
        </w:rPr>
        <w:t>Anmeldung – Praktischer Fischertag 2025</w:t>
      </w:r>
    </w:p>
    <w:p w14:paraId="6276CEA6" w14:textId="77777777" w:rsidR="004D5116" w:rsidRDefault="004D5116" w:rsidP="004D5116"/>
    <w:p w14:paraId="02E29D56" w14:textId="77777777" w:rsidR="004D5116" w:rsidRPr="000E2D86" w:rsidRDefault="004D5116" w:rsidP="004D5116">
      <w:r w:rsidRPr="000E2D86">
        <w:t xml:space="preserve">Nach der Anmeldung erfolgt eine kurze Bestätigung. (Zu- oder Absage) </w:t>
      </w:r>
    </w:p>
    <w:p w14:paraId="4ABA965A" w14:textId="77777777" w:rsidR="004D5116" w:rsidRPr="000E2D86" w:rsidRDefault="004D5116" w:rsidP="004D5116">
      <w:r w:rsidRPr="000E2D86">
        <w:t xml:space="preserve">Weitere Infos folgen vor dem Anlass. </w:t>
      </w:r>
    </w:p>
    <w:p w14:paraId="7326D7AE" w14:textId="77777777" w:rsidR="004D5116" w:rsidRPr="000E2D86" w:rsidRDefault="004D5116" w:rsidP="004D5116"/>
    <w:p w14:paraId="342D2F04" w14:textId="77777777" w:rsidR="004D5116" w:rsidRPr="000E2D86" w:rsidRDefault="004D5116" w:rsidP="004D5116">
      <w:r w:rsidRPr="000E2D86">
        <w:t>Vorname, Name:</w:t>
      </w:r>
    </w:p>
    <w:p w14:paraId="44716938" w14:textId="77777777" w:rsidR="004D5116" w:rsidRPr="000E2D86" w:rsidRDefault="004D5116" w:rsidP="004D5116">
      <w:r w:rsidRPr="000E2D86">
        <w:t>Adresse:</w:t>
      </w:r>
    </w:p>
    <w:p w14:paraId="4DDE6F19" w14:textId="77777777" w:rsidR="004D5116" w:rsidRPr="000E2D86" w:rsidRDefault="004D5116" w:rsidP="004D5116">
      <w:r w:rsidRPr="000E2D86">
        <w:t>PLZ / Ort:</w:t>
      </w:r>
    </w:p>
    <w:p w14:paraId="6958DF2E" w14:textId="77777777" w:rsidR="004D5116" w:rsidRPr="000E2D86" w:rsidRDefault="004D5116" w:rsidP="004D5116">
      <w:r w:rsidRPr="000E2D86">
        <w:t>E-Mail:</w:t>
      </w:r>
    </w:p>
    <w:p w14:paraId="1176E465" w14:textId="77777777" w:rsidR="004D5116" w:rsidRDefault="004D5116" w:rsidP="004D5116">
      <w:r w:rsidRPr="000E2D86">
        <w:t>Telefonnummer:</w:t>
      </w:r>
    </w:p>
    <w:p w14:paraId="77899F87" w14:textId="77777777" w:rsidR="00110D8A" w:rsidRPr="000E2D86" w:rsidRDefault="00110D8A" w:rsidP="004D5116"/>
    <w:p w14:paraId="1924B3C3" w14:textId="17542C84" w:rsidR="004D5116" w:rsidRPr="000E2D86" w:rsidRDefault="004D5116" w:rsidP="004D5116">
      <w:r w:rsidRPr="000E2D86">
        <w:t xml:space="preserve">Fischerpatent vorhanden:     </w:t>
      </w:r>
      <w:r w:rsidR="00110D8A">
        <w:tab/>
      </w:r>
      <w:r w:rsidRPr="000E2D86">
        <w:rPr>
          <w:rFonts w:ascii="Segoe UI Symbol" w:hAnsi="Segoe UI Symbol" w:cs="Segoe UI Symbol"/>
        </w:rPr>
        <w:t>☐</w:t>
      </w:r>
      <w:r w:rsidRPr="000E2D86">
        <w:t xml:space="preserve"> Ja     </w:t>
      </w:r>
      <w:r w:rsidRPr="000E2D86">
        <w:rPr>
          <w:rFonts w:ascii="Segoe UI Symbol" w:hAnsi="Segoe UI Symbol" w:cs="Segoe UI Symbol"/>
        </w:rPr>
        <w:t>☐</w:t>
      </w:r>
      <w:r w:rsidRPr="000E2D86">
        <w:t xml:space="preserve"> Nein</w:t>
      </w:r>
    </w:p>
    <w:p w14:paraId="3010F4BE" w14:textId="133C76FB" w:rsidR="004D5116" w:rsidRPr="000E2D86" w:rsidRDefault="004D5116" w:rsidP="004D5116">
      <w:r w:rsidRPr="000E2D86">
        <w:t xml:space="preserve">Ausrüstung vorhanden:        </w:t>
      </w:r>
      <w:r w:rsidR="00110D8A">
        <w:tab/>
      </w:r>
      <w:r w:rsidRPr="000E2D86">
        <w:rPr>
          <w:rFonts w:ascii="Segoe UI Symbol" w:hAnsi="Segoe UI Symbol" w:cs="Segoe UI Symbol"/>
        </w:rPr>
        <w:t>☐</w:t>
      </w:r>
      <w:r w:rsidRPr="000E2D86">
        <w:t xml:space="preserve"> Ja     </w:t>
      </w:r>
      <w:r w:rsidRPr="000E2D86">
        <w:rPr>
          <w:rFonts w:ascii="Segoe UI Symbol" w:hAnsi="Segoe UI Symbol" w:cs="Segoe UI Symbol"/>
        </w:rPr>
        <w:t>☐</w:t>
      </w:r>
      <w:r w:rsidRPr="000E2D86">
        <w:t xml:space="preserve"> Nein</w:t>
      </w:r>
    </w:p>
    <w:p w14:paraId="1589D9A5" w14:textId="77777777" w:rsidR="004D5116" w:rsidRPr="000E2D86" w:rsidRDefault="004D5116" w:rsidP="004D5116">
      <w:r w:rsidRPr="000E2D86">
        <w:t>Fragen / Bemerkungen:</w:t>
      </w:r>
    </w:p>
    <w:p w14:paraId="646F4064" w14:textId="77777777" w:rsidR="004D5116" w:rsidRPr="000E2D86" w:rsidRDefault="004D5116" w:rsidP="004D5116"/>
    <w:p w14:paraId="1B06380A" w14:textId="77777777" w:rsidR="004D5116" w:rsidRPr="000E2D86" w:rsidRDefault="004D5116" w:rsidP="004D5116"/>
    <w:p w14:paraId="58A086D6" w14:textId="77777777" w:rsidR="004D5116" w:rsidRPr="000E2D86" w:rsidRDefault="004D5116" w:rsidP="004D5116"/>
    <w:p w14:paraId="2161AA38" w14:textId="77777777" w:rsidR="004D5116" w:rsidRPr="000E2D86" w:rsidRDefault="004D5116" w:rsidP="004D5116"/>
    <w:p w14:paraId="3ACBDE17" w14:textId="77777777" w:rsidR="004D5116" w:rsidRPr="000E2D86" w:rsidRDefault="004D5116" w:rsidP="004D5116"/>
    <w:p w14:paraId="3A13F797" w14:textId="77777777" w:rsidR="004D5116" w:rsidRPr="000E2D86" w:rsidRDefault="004D5116" w:rsidP="004D5116"/>
    <w:p w14:paraId="2B0E3087" w14:textId="77777777" w:rsidR="000E2D86" w:rsidRPr="000E2D86" w:rsidRDefault="000E2D86" w:rsidP="000E2D86">
      <w:r w:rsidRPr="000E2D86">
        <w:rPr>
          <w:b/>
        </w:rPr>
        <w:t>Bitte ausgefüllt senden an:</w:t>
      </w:r>
    </w:p>
    <w:p w14:paraId="5A686842" w14:textId="11AD4969" w:rsidR="000E2D86" w:rsidRPr="000E2D86" w:rsidRDefault="000E2D86" w:rsidP="000E2D86">
      <w:r w:rsidRPr="000E2D86">
        <w:t xml:space="preserve">info@fvoberengadin.ch </w:t>
      </w:r>
    </w:p>
    <w:p w14:paraId="7274952C" w14:textId="77777777" w:rsidR="000E2D86" w:rsidRPr="000E2D86" w:rsidRDefault="000E2D86" w:rsidP="000E2D86">
      <w:r w:rsidRPr="000E2D86">
        <w:t>Bei Fragen: 079 419 53 06, Reto Stifel, Präsident</w:t>
      </w:r>
    </w:p>
    <w:p w14:paraId="7D8BBA15" w14:textId="77777777" w:rsidR="004D5116" w:rsidRDefault="004D5116" w:rsidP="000E2D86"/>
    <w:sectPr w:rsidR="004D5116" w:rsidSect="00034616">
      <w:pgSz w:w="11909" w:h="16834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36995436">
    <w:abstractNumId w:val="8"/>
  </w:num>
  <w:num w:numId="2" w16cid:durableId="1469012645">
    <w:abstractNumId w:val="6"/>
  </w:num>
  <w:num w:numId="3" w16cid:durableId="154954727">
    <w:abstractNumId w:val="5"/>
  </w:num>
  <w:num w:numId="4" w16cid:durableId="1210069629">
    <w:abstractNumId w:val="4"/>
  </w:num>
  <w:num w:numId="5" w16cid:durableId="1525630900">
    <w:abstractNumId w:val="7"/>
  </w:num>
  <w:num w:numId="6" w16cid:durableId="1293318775">
    <w:abstractNumId w:val="3"/>
  </w:num>
  <w:num w:numId="7" w16cid:durableId="1547720390">
    <w:abstractNumId w:val="2"/>
  </w:num>
  <w:num w:numId="8" w16cid:durableId="2084791329">
    <w:abstractNumId w:val="1"/>
  </w:num>
  <w:num w:numId="9" w16cid:durableId="1216504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5BEE"/>
    <w:rsid w:val="0009466F"/>
    <w:rsid w:val="000D2837"/>
    <w:rsid w:val="000E2D86"/>
    <w:rsid w:val="00110D8A"/>
    <w:rsid w:val="0015074B"/>
    <w:rsid w:val="0029639D"/>
    <w:rsid w:val="002D33A0"/>
    <w:rsid w:val="00326F90"/>
    <w:rsid w:val="00351C92"/>
    <w:rsid w:val="003B6EF2"/>
    <w:rsid w:val="004B632E"/>
    <w:rsid w:val="004D5116"/>
    <w:rsid w:val="00564D75"/>
    <w:rsid w:val="00605797"/>
    <w:rsid w:val="006609F0"/>
    <w:rsid w:val="00713FD8"/>
    <w:rsid w:val="00727A48"/>
    <w:rsid w:val="00AA1D8D"/>
    <w:rsid w:val="00B47730"/>
    <w:rsid w:val="00CB0664"/>
    <w:rsid w:val="00E40BF7"/>
    <w:rsid w:val="00E709B0"/>
    <w:rsid w:val="00E97D7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BC0312C"/>
  <w14:defaultImageDpi w14:val="300"/>
  <w15:docId w15:val="{72543406-06C7-43B9-978B-481C6DBB0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B882109-FF2B-4B33-95FC-CA2CE052C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174</Words>
  <Characters>1102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Cla Stifel</cp:lastModifiedBy>
  <cp:revision>2</cp:revision>
  <dcterms:created xsi:type="dcterms:W3CDTF">2025-06-06T19:18:00Z</dcterms:created>
  <dcterms:modified xsi:type="dcterms:W3CDTF">2025-06-06T19:18:00Z</dcterms:modified>
  <cp:category/>
</cp:coreProperties>
</file>